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تحاور اللغة والحياة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عودة الله منيع القيسي/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9789957820633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