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النص الشعري : اللغة - الدلالة - الصورة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الصورة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