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قصة القصيرة : سليمان فياض الشاه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