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الانا في الخطاب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أحمد ملحم/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9789957523435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الشعراء العرب/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