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الشفرة السردية : دراسة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نبهان حسون السعدون/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النقدي/ القصة/ نقد السرد/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