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صيغ المبالغة في التعبير القراني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الستار صالح البناء/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9789957382636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الإعجاز البلاغي/ القرآن الكريم/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