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الدلالة الصوتية في المستويات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مكي درار/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الصوت/ التراكيب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