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 : شاعر الهجاء المستهجن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