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مستويات اللغة العربية ونماذج مختارة من ادابها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جمعة علوه/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ومكتبة الكندي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الصرف/ اللغة العربية/ البلاغة/ النحو/ المعجم/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