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تداولية في تحليل الخطاب الشرعي عند الاصوليين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تحليل الخطاب/ الخطاب الشرعي/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