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حروف المعاني في اللغة والنحو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علي عواد القضاة/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النحو/ المعاني/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