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حداثة النص الشعري : دراسة 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علي جعفر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فضاءات/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9789957303310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النقد الحديث/ الشاعر/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