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اللسانيات العربية : الصوائت عند فخر الدين الرازي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خثير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9789957707163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الصوائت/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