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اساليب التدريس/ الإملاء/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