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اشكالية التناص " مسرحيات سعد الله ونوس انموذجا"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منصور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مسرح سعد الله ونوس/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