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العلم في نسق الاصول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حايلا/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أصول الفقه/ الاستنباط/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