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الجملة الخبرية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حفيظة ارسلان شابسوغ/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الجملة الخبرية/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