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اللغة والادب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عيسى الناعوري/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اللغة/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