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تبسيط النص الادبي ل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أطفال/ تبسيط النص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