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ودراسات في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 الدين فتاح عيسى القاسمى/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فقه اللغة/ علم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