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العصر المملوكي الاول : ملامح المجتمع المصري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 محمد أمين/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المملوكي/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