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المقالة من المعاصرة الى الاصالة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المقالة/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