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اشكاليات القراءة واليات 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نصر حامد أبوزيد/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آليات التأويل/ إشكاليات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