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الحداثة في الفكر العربي من ادراك الفارق الى وعي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الشبكة العربية للأبحاث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9789953533261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الفكر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