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غالب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الانزياح/ الانزياح الدلالي/ الانزياح التركيبي/ الانزياح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