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افاق مسرحية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طارق العذاري/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ومكتبة الكندي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8001198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الرومانسية/ المسرح/ العرض المسرحي/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