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اضطراب الشخصية : دراسات في نماذج من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محمد عبد الغني/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الرواية العربية/ الشخصية/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