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الاستقراء في النحو الكوفي من منظور منهج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أسماء محمد موسى حماد/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القراءات القرآنية/ النحو الكوفي/ الإستقراء/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