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البحوث اللغوية والادبية ( الاتجاهات والمناهج , والاجراءات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الأبحاث/ أساليب البحث/ البحوث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