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الدلالي في المعجمات الفقهية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دلدار غفور حمد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الظواهر اللغوية/ المعجمات الفقهية/ التطور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