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الايديولوجيا العربية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العروي/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9789953685113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الإيديولوجيا/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