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تربولوجيا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ها محمد فوزي معاذ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لغة العامية/ اللهج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