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الاملاء في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سعد الدين احمد/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9789957579081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