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والدلالات في لغة القصص القراني :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عبد يحي/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9789957710538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القرآن الكريم/ ألفاظ القرآن/ القصص القرآني/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