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الوظيفي لادوات النحوية وتطبيقات من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الحبيب دحماني/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الأدوات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