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التوافق في العقيدة بين الاشاعرة والسلف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العقيدة/ اليوم الآخر/ السلف/ الأشاعرة/ النبوة/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