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التواصل في القران الكريم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إبراهيم حسن أبوحسينة/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كنوز المعرفة العلمية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480ص.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9789957742980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القرآن الكريم/ التواصل/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