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التقاء الساكنين في ضوء نظرية المقطع الصوتي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