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التفكير الدلالي عند المعتزلة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علي حاتم الحسن/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9789959295859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التفكير الدلالي/ المعتزلة/ التحول الدلالي/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