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 الصوتي للإيقاع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هارون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