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تأويل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فيصل د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رواية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