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السرد الروائي وتجربة المعنى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سعيد بنكراد/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9789953683126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الرواية/ السرد/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