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السخرية والفكاهة في النثر والعباسي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نزار عبد الله خليل الضمور/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9789957325633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النثر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