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إسماعيل أحمد العالم/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هبة النيل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