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: خصائصه وفنونه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