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والتاويل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9789953681054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التأويل/ السيميائيات/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