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مقامات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باسم ناظم سليمان ناصر المولى/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السرد/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