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Arithmétique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Francois Liret/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arithmétique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9782100567263</w:t>
            </w:r>
          </w:p>
        </w:tc>
      </w:tr>
    </w:tbl>
    <w:p>
      <w:pPr>
        <w:pStyle w:val="Heading3"/>
      </w:pPr>
      <w:r>
        <w:t>Résumé :</w:t>
      </w:r>
    </w:p>
    <w:p>
      <w:r>
        <w:t>Un cours d'arithmétiques pour les étudiants de mathématiques permettant de réviser les fondamentaux et l'algèbre de base. Assorti d'exercices en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