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الفنادق والقرى السياحية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ياسين الكحلى/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ادارة/ السياحة/ الفنادق/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