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TQM والايزو ISO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الجودة/ الايزو iso/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